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D7DF" w14:textId="7445A98D" w:rsidR="007A1CBE" w:rsidRDefault="007A1CBE">
      <w:pPr>
        <w:pStyle w:val="Heading1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61ED7EA" wp14:editId="2776042B">
            <wp:simplePos x="0" y="0"/>
            <wp:positionH relativeFrom="column">
              <wp:posOffset>118110</wp:posOffset>
            </wp:positionH>
            <wp:positionV relativeFrom="paragraph">
              <wp:posOffset>92710</wp:posOffset>
            </wp:positionV>
            <wp:extent cx="1939290" cy="1557020"/>
            <wp:effectExtent l="0" t="0" r="3810" b="5080"/>
            <wp:wrapSquare wrapText="bothSides"/>
            <wp:docPr id="1065271932" name="Picture 1" descr="A logo for a realt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71932" name="Picture 1" descr="A logo for a realto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98490" w14:textId="2AC5E50B" w:rsidR="002C16F1" w:rsidRDefault="00000000">
      <w:pPr>
        <w:pStyle w:val="Heading1"/>
        <w:rPr>
          <w:color w:val="17365D" w:themeColor="text2" w:themeShade="BF"/>
        </w:rPr>
      </w:pPr>
      <w:r w:rsidRPr="007A1CBE">
        <w:rPr>
          <w:color w:val="17365D" w:themeColor="text2" w:themeShade="BF"/>
        </w:rPr>
        <w:t>Malibu &amp; Topanga Emergency Contacts</w:t>
      </w:r>
    </w:p>
    <w:p w14:paraId="7A7BD76F" w14:textId="77777777" w:rsidR="007A1CBE" w:rsidRPr="007A1CBE" w:rsidRDefault="007A1CBE" w:rsidP="007A1CBE"/>
    <w:p w14:paraId="30FEE32A" w14:textId="77777777" w:rsidR="007A1CBE" w:rsidRDefault="007A1CBE">
      <w:pPr>
        <w:rPr>
          <w:sz w:val="28"/>
          <w:szCs w:val="28"/>
        </w:rPr>
      </w:pPr>
    </w:p>
    <w:p w14:paraId="6FF50BEB" w14:textId="77777777" w:rsidR="00542306" w:rsidRDefault="00542306">
      <w:pPr>
        <w:rPr>
          <w:b/>
          <w:bCs/>
          <w:sz w:val="28"/>
          <w:szCs w:val="28"/>
          <w:u w:val="single"/>
        </w:rPr>
      </w:pPr>
    </w:p>
    <w:p w14:paraId="72DF4514" w14:textId="100D7959" w:rsidR="002C16F1" w:rsidRPr="007A1CBE" w:rsidRDefault="00000000">
      <w:pPr>
        <w:rPr>
          <w:b/>
          <w:bCs/>
          <w:sz w:val="28"/>
          <w:szCs w:val="28"/>
          <w:u w:val="single"/>
        </w:rPr>
      </w:pPr>
      <w:r w:rsidRPr="007A1CBE">
        <w:rPr>
          <w:b/>
          <w:bCs/>
          <w:sz w:val="28"/>
          <w:szCs w:val="28"/>
          <w:u w:val="single"/>
        </w:rPr>
        <w:t>Emergency (Police, Fire, Medical): 911</w:t>
      </w:r>
    </w:p>
    <w:p w14:paraId="7A69F604" w14:textId="6145D2ED" w:rsidR="002C16F1" w:rsidRPr="007A1CBE" w:rsidRDefault="007A1CBE">
      <w:pPr>
        <w:rPr>
          <w:color w:val="C00000"/>
          <w:sz w:val="28"/>
          <w:szCs w:val="28"/>
        </w:rPr>
      </w:pPr>
      <w:r w:rsidRPr="007A1CBE">
        <w:rPr>
          <w:color w:val="C00000"/>
          <w:sz w:val="28"/>
          <w:szCs w:val="28"/>
        </w:rPr>
        <w:t xml:space="preserve">Malibu </w:t>
      </w:r>
      <w:r w:rsidR="00000000" w:rsidRPr="007A1CBE">
        <w:rPr>
          <w:color w:val="C00000"/>
          <w:sz w:val="28"/>
          <w:szCs w:val="28"/>
        </w:rPr>
        <w:t>Fire Station 70 – 3970 Carbon Canyon Rd.</w:t>
      </w:r>
      <w:r w:rsidRPr="007A1CBE">
        <w:rPr>
          <w:color w:val="C00000"/>
          <w:sz w:val="28"/>
          <w:szCs w:val="28"/>
        </w:rPr>
        <w:t xml:space="preserve"> </w:t>
      </w:r>
      <w:r w:rsidR="00000000" w:rsidRPr="007A1CBE">
        <w:rPr>
          <w:color w:val="C00000"/>
          <w:sz w:val="28"/>
          <w:szCs w:val="28"/>
        </w:rPr>
        <w:t>(310) 456-2513</w:t>
      </w:r>
    </w:p>
    <w:p w14:paraId="4E0FEB11" w14:textId="25A4C1F8" w:rsidR="002C16F1" w:rsidRPr="007A1CBE" w:rsidRDefault="007A1CBE">
      <w:pPr>
        <w:rPr>
          <w:color w:val="C00000"/>
          <w:sz w:val="28"/>
          <w:szCs w:val="28"/>
        </w:rPr>
      </w:pPr>
      <w:r w:rsidRPr="007A1CBE">
        <w:rPr>
          <w:color w:val="C00000"/>
          <w:sz w:val="28"/>
          <w:szCs w:val="28"/>
        </w:rPr>
        <w:t xml:space="preserve">Malibu </w:t>
      </w:r>
      <w:r w:rsidR="00000000" w:rsidRPr="007A1CBE">
        <w:rPr>
          <w:color w:val="C00000"/>
          <w:sz w:val="28"/>
          <w:szCs w:val="28"/>
        </w:rPr>
        <w:t xml:space="preserve">Fire Station 71 – 28722 Pacific Coast Hwy. (Point </w:t>
      </w:r>
      <w:proofErr w:type="gramStart"/>
      <w:r w:rsidR="00000000" w:rsidRPr="007A1CBE">
        <w:rPr>
          <w:color w:val="C00000"/>
          <w:sz w:val="28"/>
          <w:szCs w:val="28"/>
        </w:rPr>
        <w:t>Dume)</w:t>
      </w:r>
      <w:r w:rsidRPr="007A1CBE">
        <w:rPr>
          <w:color w:val="C00000"/>
          <w:sz w:val="28"/>
          <w:szCs w:val="28"/>
        </w:rPr>
        <w:t xml:space="preserve"> </w:t>
      </w:r>
      <w:r w:rsidR="00000000" w:rsidRPr="007A1CBE">
        <w:rPr>
          <w:color w:val="C00000"/>
          <w:sz w:val="28"/>
          <w:szCs w:val="28"/>
        </w:rPr>
        <w:t xml:space="preserve"> (</w:t>
      </w:r>
      <w:proofErr w:type="gramEnd"/>
      <w:r w:rsidR="00000000" w:rsidRPr="007A1CBE">
        <w:rPr>
          <w:color w:val="C00000"/>
          <w:sz w:val="28"/>
          <w:szCs w:val="28"/>
        </w:rPr>
        <w:t>310) 457-2578</w:t>
      </w:r>
    </w:p>
    <w:p w14:paraId="53B9CF81" w14:textId="1A5232FB" w:rsidR="002C16F1" w:rsidRPr="007A1CBE" w:rsidRDefault="007A1CBE">
      <w:pPr>
        <w:rPr>
          <w:color w:val="C00000"/>
          <w:sz w:val="28"/>
          <w:szCs w:val="28"/>
        </w:rPr>
      </w:pPr>
      <w:r w:rsidRPr="007A1CBE">
        <w:rPr>
          <w:color w:val="C00000"/>
          <w:sz w:val="28"/>
          <w:szCs w:val="28"/>
        </w:rPr>
        <w:t xml:space="preserve">Malibu </w:t>
      </w:r>
      <w:r w:rsidR="00000000" w:rsidRPr="007A1CBE">
        <w:rPr>
          <w:color w:val="C00000"/>
          <w:sz w:val="28"/>
          <w:szCs w:val="28"/>
        </w:rPr>
        <w:t>Fire Station 88 – 23720 Malibu Rd.</w:t>
      </w:r>
      <w:r w:rsidRPr="007A1CBE">
        <w:rPr>
          <w:color w:val="C00000"/>
          <w:sz w:val="28"/>
          <w:szCs w:val="28"/>
        </w:rPr>
        <w:t xml:space="preserve"> </w:t>
      </w:r>
      <w:r w:rsidR="00000000" w:rsidRPr="007A1CBE">
        <w:rPr>
          <w:color w:val="C00000"/>
          <w:sz w:val="28"/>
          <w:szCs w:val="28"/>
        </w:rPr>
        <w:t xml:space="preserve"> (310) 456-2812</w:t>
      </w:r>
    </w:p>
    <w:p w14:paraId="1A5A6A06" w14:textId="502B9513" w:rsidR="002C16F1" w:rsidRPr="007A1CBE" w:rsidRDefault="007A1CBE">
      <w:pPr>
        <w:rPr>
          <w:color w:val="C00000"/>
          <w:sz w:val="28"/>
          <w:szCs w:val="28"/>
        </w:rPr>
      </w:pPr>
      <w:r w:rsidRPr="007A1CBE">
        <w:rPr>
          <w:color w:val="C00000"/>
          <w:sz w:val="28"/>
          <w:szCs w:val="28"/>
        </w:rPr>
        <w:t xml:space="preserve">Malibu </w:t>
      </w:r>
      <w:r w:rsidR="00000000" w:rsidRPr="007A1CBE">
        <w:rPr>
          <w:color w:val="C00000"/>
          <w:sz w:val="28"/>
          <w:szCs w:val="28"/>
        </w:rPr>
        <w:t xml:space="preserve">Fire Station 99 – 32550 Pacific Coast Hwy. (West of </w:t>
      </w:r>
      <w:proofErr w:type="gramStart"/>
      <w:r w:rsidR="00000000" w:rsidRPr="007A1CBE">
        <w:rPr>
          <w:color w:val="C00000"/>
          <w:sz w:val="28"/>
          <w:szCs w:val="28"/>
        </w:rPr>
        <w:t>Trancas)  (</w:t>
      </w:r>
      <w:proofErr w:type="gramEnd"/>
      <w:r w:rsidR="00000000" w:rsidRPr="007A1CBE">
        <w:rPr>
          <w:color w:val="C00000"/>
          <w:sz w:val="28"/>
          <w:szCs w:val="28"/>
        </w:rPr>
        <w:t>310) 457-3706</w:t>
      </w:r>
    </w:p>
    <w:p w14:paraId="19A219B6" w14:textId="5150291B" w:rsidR="002C16F1" w:rsidRPr="007A1CBE" w:rsidRDefault="007A1CBE">
      <w:pPr>
        <w:rPr>
          <w:color w:val="C00000"/>
          <w:sz w:val="28"/>
          <w:szCs w:val="28"/>
        </w:rPr>
      </w:pPr>
      <w:r w:rsidRPr="007A1CBE">
        <w:rPr>
          <w:color w:val="C00000"/>
          <w:sz w:val="28"/>
          <w:szCs w:val="28"/>
        </w:rPr>
        <w:t xml:space="preserve">Topanga </w:t>
      </w:r>
      <w:r w:rsidR="00000000" w:rsidRPr="007A1CBE">
        <w:rPr>
          <w:color w:val="C00000"/>
          <w:sz w:val="28"/>
          <w:szCs w:val="28"/>
        </w:rPr>
        <w:t>Fire Station 69 – 120 N. Topanga Canyon Blvd. (310) 455-1766</w:t>
      </w:r>
    </w:p>
    <w:p w14:paraId="7AC11110" w14:textId="77777777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>City of Malibu Emergency Hotline – (310) 456-9982</w:t>
      </w:r>
    </w:p>
    <w:p w14:paraId="5BB88A9F" w14:textId="47D3DF85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Topanga Coalition for Emergency Preparedness (TCEP) </w:t>
      </w:r>
      <w:proofErr w:type="gramStart"/>
      <w:r w:rsidRPr="007A1CBE">
        <w:rPr>
          <w:sz w:val="28"/>
          <w:szCs w:val="28"/>
        </w:rPr>
        <w:t>Hotline  (</w:t>
      </w:r>
      <w:proofErr w:type="gramEnd"/>
      <w:r w:rsidRPr="007A1CBE">
        <w:rPr>
          <w:sz w:val="28"/>
          <w:szCs w:val="28"/>
        </w:rPr>
        <w:t>310) 455-3000</w:t>
      </w:r>
    </w:p>
    <w:p w14:paraId="51AAE0AF" w14:textId="2632BB7F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Los Angeles County Sheriff's Department (Malibu/Lost Hills </w:t>
      </w:r>
      <w:proofErr w:type="gramStart"/>
      <w:r w:rsidRPr="007A1CBE">
        <w:rPr>
          <w:sz w:val="28"/>
          <w:szCs w:val="28"/>
        </w:rPr>
        <w:t>Station)  (</w:t>
      </w:r>
      <w:proofErr w:type="gramEnd"/>
      <w:r w:rsidRPr="007A1CBE">
        <w:rPr>
          <w:sz w:val="28"/>
          <w:szCs w:val="28"/>
        </w:rPr>
        <w:t>310) 456-6652</w:t>
      </w:r>
    </w:p>
    <w:p w14:paraId="237A7B22" w14:textId="034FCA3C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>Lost Hills Sheriff's Station (</w:t>
      </w:r>
      <w:proofErr w:type="gramStart"/>
      <w:r w:rsidRPr="007A1CBE">
        <w:rPr>
          <w:sz w:val="28"/>
          <w:szCs w:val="28"/>
        </w:rPr>
        <w:t>Main)  (</w:t>
      </w:r>
      <w:proofErr w:type="gramEnd"/>
      <w:r w:rsidRPr="007A1CBE">
        <w:rPr>
          <w:sz w:val="28"/>
          <w:szCs w:val="28"/>
        </w:rPr>
        <w:t>818) 878-1808</w:t>
      </w:r>
    </w:p>
    <w:p w14:paraId="2CD28DDC" w14:textId="270E2422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California Highway Patrol (West Valley </w:t>
      </w:r>
      <w:proofErr w:type="gramStart"/>
      <w:r w:rsidRPr="007A1CBE">
        <w:rPr>
          <w:sz w:val="28"/>
          <w:szCs w:val="28"/>
        </w:rPr>
        <w:t>Office)  (</w:t>
      </w:r>
      <w:proofErr w:type="gramEnd"/>
      <w:r w:rsidRPr="007A1CBE">
        <w:rPr>
          <w:sz w:val="28"/>
          <w:szCs w:val="28"/>
        </w:rPr>
        <w:t>818) 888-0980</w:t>
      </w:r>
    </w:p>
    <w:p w14:paraId="249907D7" w14:textId="648CF901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Zuma Beach </w:t>
      </w:r>
      <w:proofErr w:type="gramStart"/>
      <w:r w:rsidRPr="007A1CBE">
        <w:rPr>
          <w:sz w:val="28"/>
          <w:szCs w:val="28"/>
        </w:rPr>
        <w:t>Lifeguards  (</w:t>
      </w:r>
      <w:proofErr w:type="gramEnd"/>
      <w:r w:rsidRPr="007A1CBE">
        <w:rPr>
          <w:sz w:val="28"/>
          <w:szCs w:val="28"/>
        </w:rPr>
        <w:t>310) 457-2525</w:t>
      </w:r>
    </w:p>
    <w:p w14:paraId="1DCE918F" w14:textId="0F39853E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Malibu Urgent </w:t>
      </w:r>
      <w:proofErr w:type="gramStart"/>
      <w:r w:rsidRPr="007A1CBE">
        <w:rPr>
          <w:sz w:val="28"/>
          <w:szCs w:val="28"/>
        </w:rPr>
        <w:t>Care  (</w:t>
      </w:r>
      <w:proofErr w:type="gramEnd"/>
      <w:r w:rsidRPr="007A1CBE">
        <w:rPr>
          <w:sz w:val="28"/>
          <w:szCs w:val="28"/>
        </w:rPr>
        <w:t>310) 456-7551</w:t>
      </w:r>
    </w:p>
    <w:p w14:paraId="18B2D53F" w14:textId="2CB941E3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Poison </w:t>
      </w:r>
      <w:proofErr w:type="gramStart"/>
      <w:r w:rsidRPr="007A1CBE">
        <w:rPr>
          <w:sz w:val="28"/>
          <w:szCs w:val="28"/>
        </w:rPr>
        <w:t>Control  (</w:t>
      </w:r>
      <w:proofErr w:type="gramEnd"/>
      <w:r w:rsidRPr="007A1CBE">
        <w:rPr>
          <w:sz w:val="28"/>
          <w:szCs w:val="28"/>
        </w:rPr>
        <w:t>800) 222-1222</w:t>
      </w:r>
    </w:p>
    <w:p w14:paraId="1FAB9181" w14:textId="5A217B4D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Los Angeles County Animal Care &amp; Control (Agoura Animal Care </w:t>
      </w:r>
      <w:proofErr w:type="gramStart"/>
      <w:r w:rsidRPr="007A1CBE">
        <w:rPr>
          <w:sz w:val="28"/>
          <w:szCs w:val="28"/>
        </w:rPr>
        <w:t>Center)  (</w:t>
      </w:r>
      <w:proofErr w:type="gramEnd"/>
      <w:r w:rsidRPr="007A1CBE">
        <w:rPr>
          <w:sz w:val="28"/>
          <w:szCs w:val="28"/>
        </w:rPr>
        <w:t>818) 991-0071</w:t>
      </w:r>
    </w:p>
    <w:p w14:paraId="13F9BD82" w14:textId="51843102" w:rsidR="002C16F1" w:rsidRPr="007A1CBE" w:rsidRDefault="00000000">
      <w:pPr>
        <w:rPr>
          <w:sz w:val="28"/>
          <w:szCs w:val="28"/>
        </w:rPr>
      </w:pPr>
      <w:r w:rsidRPr="007A1CBE">
        <w:rPr>
          <w:sz w:val="28"/>
          <w:szCs w:val="28"/>
        </w:rPr>
        <w:t xml:space="preserve">American Red Cross (Southern California </w:t>
      </w:r>
      <w:proofErr w:type="gramStart"/>
      <w:r w:rsidRPr="007A1CBE">
        <w:rPr>
          <w:sz w:val="28"/>
          <w:szCs w:val="28"/>
        </w:rPr>
        <w:t>Region)  (</w:t>
      </w:r>
      <w:proofErr w:type="gramEnd"/>
      <w:r w:rsidRPr="007A1CBE">
        <w:rPr>
          <w:sz w:val="28"/>
          <w:szCs w:val="28"/>
        </w:rPr>
        <w:t>800) 540-2000</w:t>
      </w:r>
    </w:p>
    <w:sectPr w:rsidR="002C16F1" w:rsidRPr="007A1CBE" w:rsidSect="007A1C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1263117">
    <w:abstractNumId w:val="8"/>
  </w:num>
  <w:num w:numId="2" w16cid:durableId="1055272455">
    <w:abstractNumId w:val="6"/>
  </w:num>
  <w:num w:numId="3" w16cid:durableId="238054562">
    <w:abstractNumId w:val="5"/>
  </w:num>
  <w:num w:numId="4" w16cid:durableId="790587269">
    <w:abstractNumId w:val="4"/>
  </w:num>
  <w:num w:numId="5" w16cid:durableId="169443166">
    <w:abstractNumId w:val="7"/>
  </w:num>
  <w:num w:numId="6" w16cid:durableId="1074887924">
    <w:abstractNumId w:val="3"/>
  </w:num>
  <w:num w:numId="7" w16cid:durableId="2055881034">
    <w:abstractNumId w:val="2"/>
  </w:num>
  <w:num w:numId="8" w16cid:durableId="1436556887">
    <w:abstractNumId w:val="1"/>
  </w:num>
  <w:num w:numId="9" w16cid:durableId="206760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16F1"/>
    <w:rsid w:val="00326F90"/>
    <w:rsid w:val="00542306"/>
    <w:rsid w:val="007A1CBE"/>
    <w:rsid w:val="00993B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08CEB0"/>
  <w14:defaultImageDpi w14:val="300"/>
  <w15:docId w15:val="{8FC2268A-0971-8844-A078-3449E14C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870</Characters>
  <Application>Microsoft Office Word</Application>
  <DocSecurity>0</DocSecurity>
  <Lines>18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 Manners</cp:lastModifiedBy>
  <cp:revision>3</cp:revision>
  <dcterms:created xsi:type="dcterms:W3CDTF">2026-07-31T22:24:00Z</dcterms:created>
  <dcterms:modified xsi:type="dcterms:W3CDTF">2026-07-31T22:24:00Z</dcterms:modified>
  <cp:category/>
</cp:coreProperties>
</file>